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0B522F" w14:textId="77777777" w:rsidR="00CB3034" w:rsidRPr="00803FB2" w:rsidRDefault="00000000" w:rsidP="00A72E76">
      <w:pPr>
        <w:jc w:val="center"/>
        <w:rPr>
          <w:rFonts w:cs="Times New Roman"/>
        </w:rPr>
      </w:pPr>
      <w:r w:rsidRPr="00803FB2">
        <w:rPr>
          <w:rFonts w:cs="Times New Roman"/>
          <w:b/>
        </w:rPr>
        <w:t>GENDER RESEARCH AND POLICY JOURNAL (GRPJ)</w:t>
      </w:r>
    </w:p>
    <w:p w14:paraId="7B5C8A7F" w14:textId="5EE343F9" w:rsidR="00CB3034" w:rsidRPr="00803FB2" w:rsidRDefault="00000000" w:rsidP="00A72E76">
      <w:pPr>
        <w:jc w:val="center"/>
        <w:rPr>
          <w:rFonts w:cs="Times New Roman"/>
        </w:rPr>
      </w:pPr>
      <w:r w:rsidRPr="00803FB2">
        <w:rPr>
          <w:rFonts w:cs="Times New Roman"/>
          <w:b/>
        </w:rPr>
        <w:t>MANUSCRIPT TEMPLATE</w:t>
      </w:r>
    </w:p>
    <w:p w14:paraId="57A59DBD" w14:textId="77777777" w:rsidR="00CB3034" w:rsidRPr="00803FB2" w:rsidRDefault="00000000" w:rsidP="00A72E76">
      <w:pPr>
        <w:rPr>
          <w:b/>
          <w:bCs/>
        </w:rPr>
      </w:pPr>
      <w:r w:rsidRPr="00803FB2">
        <w:rPr>
          <w:b/>
          <w:bCs/>
        </w:rPr>
        <w:t>Instructions for authors</w:t>
      </w:r>
    </w:p>
    <w:p w14:paraId="07A133A1" w14:textId="77777777" w:rsidR="00CB3034" w:rsidRPr="00803FB2" w:rsidRDefault="00000000" w:rsidP="00A72E76">
      <w:pPr>
        <w:pStyle w:val="ListBullet"/>
        <w:rPr>
          <w:rFonts w:cs="Times New Roman"/>
        </w:rPr>
      </w:pPr>
      <w:r w:rsidRPr="00803FB2">
        <w:rPr>
          <w:rFonts w:cs="Times New Roman"/>
        </w:rPr>
        <w:t>Accepted categories and recommended lengths: Original Research Article, 5,000–8,000 words; Review Article, 6,000–10,000; Policy Analysis, 4,000–7,000; Policy Brief, 2,000–3,500; Short Communication, 2,000–3,000; Methodological Paper, 4,000–7,000; Commentary/Perspective, 1,500–2,500; Book Review, 1,000–2,000 words (by invitation or approval). Word counts exclude references, tables, and appendices.</w:t>
      </w:r>
    </w:p>
    <w:p w14:paraId="4E466468" w14:textId="0298C31E" w:rsidR="00CB3034" w:rsidRPr="00803FB2" w:rsidRDefault="00000000" w:rsidP="00A72E76">
      <w:pPr>
        <w:pStyle w:val="ListBullet"/>
        <w:rPr>
          <w:rFonts w:cs="Times New Roman"/>
        </w:rPr>
      </w:pPr>
      <w:r w:rsidRPr="00803FB2">
        <w:rPr>
          <w:rFonts w:cs="Times New Roman"/>
        </w:rPr>
        <w:t xml:space="preserve">Use </w:t>
      </w:r>
      <w:r w:rsidR="00E14C68">
        <w:rPr>
          <w:rFonts w:cs="Times New Roman"/>
        </w:rPr>
        <w:t>clear British</w:t>
      </w:r>
      <w:r w:rsidRPr="00803FB2">
        <w:rPr>
          <w:rFonts w:cs="Times New Roman"/>
        </w:rPr>
        <w:t xml:space="preserve"> English. Format on A4 paper with 1-inch margins, Times New Roman 12-point, double spacing, justified paragraphs, and page numbers </w:t>
      </w:r>
      <w:proofErr w:type="spellStart"/>
      <w:r w:rsidRPr="00803FB2">
        <w:rPr>
          <w:rFonts w:cs="Times New Roman"/>
        </w:rPr>
        <w:t>centred</w:t>
      </w:r>
      <w:proofErr w:type="spellEnd"/>
      <w:r w:rsidRPr="00803FB2">
        <w:rPr>
          <w:rFonts w:cs="Times New Roman"/>
        </w:rPr>
        <w:t xml:space="preserve"> at the bottom. Continuous line numbering is encouraged.</w:t>
      </w:r>
    </w:p>
    <w:p w14:paraId="7D86B71B" w14:textId="39820B8C" w:rsidR="00CB3034" w:rsidRPr="00803FB2" w:rsidRDefault="00000000" w:rsidP="00A72E76">
      <w:pPr>
        <w:pStyle w:val="ListBullet"/>
        <w:rPr>
          <w:rFonts w:cs="Times New Roman"/>
        </w:rPr>
      </w:pPr>
      <w:r w:rsidRPr="00803FB2">
        <w:rPr>
          <w:rFonts w:cs="Times New Roman"/>
        </w:rPr>
        <w:t>Submit the Title Page separately from the Blinded Manuscript. Remove author names, affiliations, identifying acknowledg</w:t>
      </w:r>
      <w:r w:rsidR="00E14C68">
        <w:rPr>
          <w:rFonts w:cs="Times New Roman"/>
        </w:rPr>
        <w:t>e</w:t>
      </w:r>
      <w:r w:rsidRPr="00803FB2">
        <w:rPr>
          <w:rFonts w:cs="Times New Roman"/>
        </w:rPr>
        <w:t>ments, self-identifying references, and identifying file metadata from the blinded file.</w:t>
      </w:r>
    </w:p>
    <w:p w14:paraId="342B7208" w14:textId="77777777" w:rsidR="00CB3034" w:rsidRPr="00803FB2" w:rsidRDefault="00000000" w:rsidP="00A72E76">
      <w:pPr>
        <w:pStyle w:val="ListBullet"/>
        <w:rPr>
          <w:rFonts w:cs="Times New Roman"/>
        </w:rPr>
      </w:pPr>
      <w:r w:rsidRPr="00803FB2">
        <w:rPr>
          <w:rFonts w:cs="Times New Roman"/>
        </w:rPr>
        <w:t>Original research abstracts must be structured (Background, Objectives, Methods, Results, Conclusions) and no longer than 250 words. Review articles and policy papers may use an unstructured abstract. Include 3–6 keywords that do not repeat words in the title.</w:t>
      </w:r>
    </w:p>
    <w:p w14:paraId="01C2740D" w14:textId="4D01D5CC" w:rsidR="00CB3034" w:rsidRPr="00803FB2" w:rsidRDefault="00000000" w:rsidP="00A72E76">
      <w:pPr>
        <w:pStyle w:val="ListBullet"/>
        <w:rPr>
          <w:rFonts w:cs="Times New Roman"/>
        </w:rPr>
      </w:pPr>
      <w:r w:rsidRPr="00803FB2">
        <w:rPr>
          <w:rFonts w:cs="Times New Roman"/>
        </w:rPr>
        <w:t xml:space="preserve">Use APA 7th edition. Match all citations and </w:t>
      </w:r>
      <w:proofErr w:type="gramStart"/>
      <w:r w:rsidRPr="00803FB2">
        <w:rPr>
          <w:rFonts w:cs="Times New Roman"/>
        </w:rPr>
        <w:t>references</w:t>
      </w:r>
      <w:r w:rsidR="00E14C68">
        <w:rPr>
          <w:rFonts w:cs="Times New Roman"/>
        </w:rPr>
        <w:t>,</w:t>
      </w:r>
      <w:r w:rsidRPr="00803FB2">
        <w:rPr>
          <w:rFonts w:cs="Times New Roman"/>
        </w:rPr>
        <w:t xml:space="preserve"> and</w:t>
      </w:r>
      <w:proofErr w:type="gramEnd"/>
      <w:r w:rsidRPr="00803FB2">
        <w:rPr>
          <w:rFonts w:cs="Times New Roman"/>
        </w:rPr>
        <w:t xml:space="preserve"> include DOI links where available. Tables and figures must be numbered, titled/captioned, cited in text, and not duplicate information. Figures should be at least 300 dpi.</w:t>
      </w:r>
    </w:p>
    <w:p w14:paraId="1BEAD3B8" w14:textId="77777777" w:rsidR="00CB3034" w:rsidRPr="00803FB2" w:rsidRDefault="00000000" w:rsidP="00A72E76">
      <w:pPr>
        <w:pStyle w:val="ListBullet"/>
        <w:rPr>
          <w:rFonts w:cs="Times New Roman"/>
        </w:rPr>
      </w:pPr>
      <w:r w:rsidRPr="00803FB2">
        <w:rPr>
          <w:rFonts w:cs="Times New Roman"/>
        </w:rPr>
        <w:t>Every submission must include Funding, Conflict of Interest, Data Availability, AI Use, and Author Contributions (CRediT) statements. Include ethics approval and consent statements where applicable.</w:t>
      </w:r>
    </w:p>
    <w:p w14:paraId="1AC8E7C8" w14:textId="77777777" w:rsidR="00CB3034" w:rsidRPr="00803FB2" w:rsidRDefault="00000000" w:rsidP="00A72E76">
      <w:pPr>
        <w:pStyle w:val="ListBullet"/>
        <w:rPr>
          <w:rFonts w:cs="Times New Roman"/>
        </w:rPr>
      </w:pPr>
      <w:r w:rsidRPr="00803FB2">
        <w:rPr>
          <w:rFonts w:cs="Times New Roman"/>
        </w:rPr>
        <w:lastRenderedPageBreak/>
        <w:t>Recommended separate files: Cover Letter, Title Page, Blinded Manuscript, Tables (if separate), Figures, Supplementary Materials (optional), Reporting Guideline Checklist (if applicable), and Ethics Approval Document (when required).</w:t>
      </w:r>
    </w:p>
    <w:p w14:paraId="28709509" w14:textId="77777777" w:rsidR="00CB3034" w:rsidRPr="00803FB2" w:rsidRDefault="00000000" w:rsidP="00A72E76">
      <w:pPr>
        <w:pStyle w:val="ListBullet"/>
        <w:rPr>
          <w:rFonts w:cs="Times New Roman"/>
        </w:rPr>
      </w:pPr>
      <w:r w:rsidRPr="00803FB2">
        <w:rPr>
          <w:rFonts w:cs="Times New Roman"/>
        </w:rPr>
        <w:t>Delete all bracketed instructions and these introductory notes before submission. Follow the current journal website if its requirements change.</w:t>
      </w:r>
    </w:p>
    <w:p w14:paraId="021248A6" w14:textId="77777777" w:rsidR="00CB3034" w:rsidRPr="00803FB2" w:rsidRDefault="00000000" w:rsidP="00A72E76">
      <w:pPr>
        <w:rPr>
          <w:rFonts w:cs="Times New Roman"/>
        </w:rPr>
      </w:pPr>
      <w:r w:rsidRPr="00803FB2">
        <w:rPr>
          <w:rFonts w:cs="Times New Roman"/>
        </w:rPr>
        <w:br w:type="page"/>
      </w:r>
    </w:p>
    <w:p w14:paraId="74525246" w14:textId="77777777" w:rsidR="00E14C68" w:rsidRDefault="00000000" w:rsidP="00A72E76">
      <w:pPr>
        <w:jc w:val="center"/>
        <w:rPr>
          <w:rFonts w:cs="Times New Roman"/>
          <w:b/>
        </w:rPr>
      </w:pPr>
      <w:r w:rsidRPr="00803FB2">
        <w:rPr>
          <w:rFonts w:cs="Times New Roman"/>
          <w:b/>
        </w:rPr>
        <w:lastRenderedPageBreak/>
        <w:t>SEPARATE FILE 1</w:t>
      </w:r>
    </w:p>
    <w:p w14:paraId="1279BBA2" w14:textId="79DB7CDE" w:rsidR="00CB3034" w:rsidRPr="00803FB2" w:rsidRDefault="00000000" w:rsidP="00A72E76">
      <w:pPr>
        <w:jc w:val="center"/>
        <w:rPr>
          <w:rFonts w:cs="Times New Roman"/>
        </w:rPr>
      </w:pPr>
      <w:r w:rsidRPr="00803FB2">
        <w:rPr>
          <w:rFonts w:cs="Times New Roman"/>
          <w:b/>
        </w:rPr>
        <w:t>TITLE PAGE (NOT FOR REVIEWERS)</w:t>
      </w:r>
    </w:p>
    <w:p w14:paraId="631FF996" w14:textId="77777777" w:rsidR="00CB3034" w:rsidRPr="00803FB2" w:rsidRDefault="00000000" w:rsidP="00A72E76">
      <w:pPr>
        <w:rPr>
          <w:b/>
          <w:bCs/>
        </w:rPr>
      </w:pPr>
      <w:r w:rsidRPr="00803FB2">
        <w:rPr>
          <w:b/>
          <w:bCs/>
        </w:rPr>
        <w:t>Manuscript Title</w:t>
      </w:r>
    </w:p>
    <w:p w14:paraId="5CB6E820" w14:textId="77777777" w:rsidR="00CB3034" w:rsidRPr="00803FB2" w:rsidRDefault="00000000" w:rsidP="00A72E76">
      <w:pPr>
        <w:rPr>
          <w:rFonts w:cs="Times New Roman"/>
        </w:rPr>
      </w:pPr>
      <w:r w:rsidRPr="00803FB2">
        <w:rPr>
          <w:rFonts w:cs="Times New Roman"/>
        </w:rPr>
        <w:t>[Enter the full manuscript title.]</w:t>
      </w:r>
    </w:p>
    <w:p w14:paraId="6FF3FE65" w14:textId="77777777" w:rsidR="00CB3034" w:rsidRPr="00803FB2" w:rsidRDefault="00000000" w:rsidP="00A72E76">
      <w:pPr>
        <w:rPr>
          <w:b/>
          <w:bCs/>
        </w:rPr>
      </w:pPr>
      <w:r w:rsidRPr="00803FB2">
        <w:rPr>
          <w:b/>
          <w:bCs/>
        </w:rPr>
        <w:t>Running Title</w:t>
      </w:r>
    </w:p>
    <w:p w14:paraId="7E7362AC" w14:textId="77777777" w:rsidR="00CB3034" w:rsidRPr="00803FB2" w:rsidRDefault="00000000" w:rsidP="00A72E76">
      <w:pPr>
        <w:rPr>
          <w:rFonts w:cs="Times New Roman"/>
        </w:rPr>
      </w:pPr>
      <w:r w:rsidRPr="00803FB2">
        <w:rPr>
          <w:rFonts w:cs="Times New Roman"/>
        </w:rPr>
        <w:t>[Enter a running title of no more than 50 characters.]</w:t>
      </w:r>
    </w:p>
    <w:p w14:paraId="17650F1E" w14:textId="77777777" w:rsidR="00CB3034" w:rsidRPr="00803FB2" w:rsidRDefault="00000000" w:rsidP="00A72E76">
      <w:pPr>
        <w:rPr>
          <w:b/>
          <w:bCs/>
        </w:rPr>
      </w:pPr>
      <w:r w:rsidRPr="00803FB2">
        <w:rPr>
          <w:b/>
          <w:bCs/>
        </w:rPr>
        <w:t>Authors and Affiliations</w:t>
      </w:r>
    </w:p>
    <w:p w14:paraId="1B01AAEC" w14:textId="77777777" w:rsidR="00CB3034" w:rsidRPr="00803FB2" w:rsidRDefault="00000000" w:rsidP="00A72E76">
      <w:pPr>
        <w:rPr>
          <w:rFonts w:cs="Times New Roman"/>
        </w:rPr>
      </w:pPr>
      <w:r w:rsidRPr="00803FB2">
        <w:rPr>
          <w:rFonts w:cs="Times New Roman"/>
        </w:rPr>
        <w:t>[List each author's full name and institutional affiliation, using superscript numbers to link authors and affiliations. Include institution, city, postal code, and country.]</w:t>
      </w:r>
    </w:p>
    <w:p w14:paraId="2A06DBFA" w14:textId="77777777" w:rsidR="00CB3034" w:rsidRPr="00803FB2" w:rsidRDefault="00000000" w:rsidP="00A72E76">
      <w:pPr>
        <w:rPr>
          <w:b/>
          <w:bCs/>
        </w:rPr>
      </w:pPr>
      <w:r w:rsidRPr="00803FB2">
        <w:rPr>
          <w:b/>
          <w:bCs/>
        </w:rPr>
        <w:t>ORCID iDs</w:t>
      </w:r>
    </w:p>
    <w:p w14:paraId="6431E128" w14:textId="77777777" w:rsidR="00CB3034" w:rsidRPr="00803FB2" w:rsidRDefault="00000000" w:rsidP="00A72E76">
      <w:pPr>
        <w:rPr>
          <w:rFonts w:cs="Times New Roman"/>
        </w:rPr>
      </w:pPr>
      <w:r w:rsidRPr="00803FB2">
        <w:rPr>
          <w:rFonts w:cs="Times New Roman"/>
        </w:rPr>
        <w:t>[Provide ORCID iDs where available. ORCID iD is required for the corresponding author.]</w:t>
      </w:r>
    </w:p>
    <w:p w14:paraId="6897A57A" w14:textId="77777777" w:rsidR="00CB3034" w:rsidRPr="00803FB2" w:rsidRDefault="00000000" w:rsidP="00A72E76">
      <w:pPr>
        <w:rPr>
          <w:b/>
          <w:bCs/>
        </w:rPr>
      </w:pPr>
      <w:r w:rsidRPr="00803FB2">
        <w:rPr>
          <w:b/>
          <w:bCs/>
        </w:rPr>
        <w:t>Corresponding Author</w:t>
      </w:r>
    </w:p>
    <w:p w14:paraId="1CB43362" w14:textId="77777777" w:rsidR="00CB3034" w:rsidRPr="00803FB2" w:rsidRDefault="00000000" w:rsidP="00A72E76">
      <w:r w:rsidRPr="00803FB2">
        <w:t>[Provide name, institutional mailing address, and email address.]</w:t>
      </w:r>
    </w:p>
    <w:p w14:paraId="4823E5F5" w14:textId="77777777" w:rsidR="00CB3034" w:rsidRPr="00803FB2" w:rsidRDefault="00000000" w:rsidP="00A72E76">
      <w:pPr>
        <w:rPr>
          <w:b/>
          <w:bCs/>
        </w:rPr>
      </w:pPr>
      <w:r w:rsidRPr="00803FB2">
        <w:rPr>
          <w:b/>
          <w:bCs/>
        </w:rPr>
        <w:t>Funding / Institutional Support</w:t>
      </w:r>
    </w:p>
    <w:p w14:paraId="2439BA0D" w14:textId="77777777" w:rsidR="00CB3034" w:rsidRPr="00803FB2" w:rsidRDefault="00000000" w:rsidP="00A72E76">
      <w:r w:rsidRPr="00803FB2">
        <w:t>[Identify funding and institutional support where applicable.]</w:t>
      </w:r>
    </w:p>
    <w:p w14:paraId="55A35A97" w14:textId="77777777" w:rsidR="00CB3034" w:rsidRPr="00803FB2" w:rsidRDefault="00000000" w:rsidP="00A72E76">
      <w:pPr>
        <w:rPr>
          <w:b/>
          <w:bCs/>
        </w:rPr>
      </w:pPr>
      <w:r w:rsidRPr="00803FB2">
        <w:rPr>
          <w:b/>
          <w:bCs/>
        </w:rPr>
        <w:t>Acknowledgments</w:t>
      </w:r>
    </w:p>
    <w:p w14:paraId="76D732D6" w14:textId="5A73DF14" w:rsidR="00CB3034" w:rsidRPr="00803FB2" w:rsidRDefault="00000000" w:rsidP="00A72E76">
      <w:r w:rsidRPr="00803FB2">
        <w:t>[Include relevant acknowledg</w:t>
      </w:r>
      <w:r w:rsidR="00E14C68">
        <w:t>e</w:t>
      </w:r>
      <w:r w:rsidRPr="00803FB2">
        <w:t>ments on the title page or after review as directed, ensuring the blinded manuscript does not identify authors or institutions.]</w:t>
      </w:r>
    </w:p>
    <w:p w14:paraId="2F0D5536" w14:textId="2CC8DCAB" w:rsidR="00E14C68" w:rsidRPr="00E14C68" w:rsidRDefault="00E14C68" w:rsidP="00E14C68">
      <w:pPr>
        <w:rPr>
          <w:rFonts w:cs="Times New Roman"/>
        </w:rPr>
      </w:pPr>
      <w:r w:rsidRPr="00803FB2">
        <w:rPr>
          <w:b/>
          <w:bCs/>
        </w:rPr>
        <w:t>Author Contributions (</w:t>
      </w:r>
      <w:proofErr w:type="spellStart"/>
      <w:r w:rsidRPr="00803FB2">
        <w:rPr>
          <w:b/>
          <w:bCs/>
        </w:rPr>
        <w:t>CRediT</w:t>
      </w:r>
      <w:proofErr w:type="spellEnd"/>
      <w:r w:rsidRPr="00803FB2">
        <w:rPr>
          <w:b/>
          <w:bCs/>
        </w:rPr>
        <w:t xml:space="preserve"> Taxonomy)</w:t>
      </w:r>
    </w:p>
    <w:p w14:paraId="2D8AC160" w14:textId="5DAE8274" w:rsidR="00E14C68" w:rsidRPr="00803FB2" w:rsidRDefault="00E14C68" w:rsidP="00E14C68">
      <w:r w:rsidRPr="00803FB2">
        <w:t xml:space="preserve">[List each author's actual contributions using applicable </w:t>
      </w:r>
      <w:proofErr w:type="spellStart"/>
      <w:r w:rsidRPr="00803FB2">
        <w:t>CRediT</w:t>
      </w:r>
      <w:proofErr w:type="spellEnd"/>
      <w:r w:rsidRPr="00803FB2">
        <w:t xml:space="preserve"> roles, such as </w:t>
      </w:r>
      <w:proofErr w:type="spellStart"/>
      <w:r w:rsidRPr="00803FB2">
        <w:t>Conceptuali</w:t>
      </w:r>
      <w:r>
        <w:t>s</w:t>
      </w:r>
      <w:r w:rsidRPr="00803FB2">
        <w:t>ation</w:t>
      </w:r>
      <w:proofErr w:type="spellEnd"/>
      <w:r w:rsidRPr="00803FB2">
        <w:t xml:space="preserve">, Methodology, Software, Validation, Formal Analysis, Investigation, Resources, Data Curation, Writing—Original Draft, Writing—Review &amp; Editing, </w:t>
      </w:r>
      <w:proofErr w:type="spellStart"/>
      <w:r w:rsidRPr="00803FB2">
        <w:t>Visuali</w:t>
      </w:r>
      <w:r>
        <w:t>s</w:t>
      </w:r>
      <w:r w:rsidRPr="00803FB2">
        <w:t>ation</w:t>
      </w:r>
      <w:proofErr w:type="spellEnd"/>
      <w:r w:rsidRPr="00803FB2">
        <w:t>, Supervision, Project Administration, and Funding Acquisition.]</w:t>
      </w:r>
    </w:p>
    <w:p w14:paraId="448FCB9D" w14:textId="77777777" w:rsidR="00E14C68" w:rsidRDefault="00E14C68">
      <w:pPr>
        <w:spacing w:after="200" w:line="276" w:lineRule="auto"/>
        <w:jc w:val="left"/>
        <w:rPr>
          <w:rFonts w:cs="Times New Roman"/>
          <w:b/>
        </w:rPr>
      </w:pPr>
      <w:r>
        <w:rPr>
          <w:rFonts w:cs="Times New Roman"/>
          <w:b/>
        </w:rPr>
        <w:br w:type="page"/>
      </w:r>
    </w:p>
    <w:p w14:paraId="7CFD33F8" w14:textId="415F3605" w:rsidR="00803FB2" w:rsidRDefault="00000000" w:rsidP="00E14C68">
      <w:pPr>
        <w:jc w:val="center"/>
        <w:rPr>
          <w:rFonts w:cs="Times New Roman"/>
          <w:b/>
        </w:rPr>
      </w:pPr>
      <w:r w:rsidRPr="00803FB2">
        <w:rPr>
          <w:rFonts w:cs="Times New Roman"/>
          <w:b/>
        </w:rPr>
        <w:lastRenderedPageBreak/>
        <w:t>SEPARATE FILE 2</w:t>
      </w:r>
    </w:p>
    <w:p w14:paraId="2621F9AB" w14:textId="53A506A8" w:rsidR="00CB3034" w:rsidRPr="00803FB2" w:rsidRDefault="00000000" w:rsidP="00A72E76">
      <w:pPr>
        <w:jc w:val="center"/>
        <w:rPr>
          <w:rFonts w:cs="Times New Roman"/>
        </w:rPr>
      </w:pPr>
      <w:r w:rsidRPr="00803FB2">
        <w:rPr>
          <w:rFonts w:cs="Times New Roman"/>
          <w:b/>
        </w:rPr>
        <w:t>BLINDED MANUSCRIPT</w:t>
      </w:r>
    </w:p>
    <w:p w14:paraId="0073DBB5" w14:textId="77777777" w:rsidR="00CB3034" w:rsidRPr="00803FB2" w:rsidRDefault="00000000" w:rsidP="00A72E76">
      <w:pPr>
        <w:rPr>
          <w:b/>
          <w:bCs/>
        </w:rPr>
      </w:pPr>
      <w:r w:rsidRPr="00803FB2">
        <w:rPr>
          <w:b/>
          <w:bCs/>
        </w:rPr>
        <w:t>Manuscript Title</w:t>
      </w:r>
    </w:p>
    <w:p w14:paraId="77C06646" w14:textId="77777777" w:rsidR="00CB3034" w:rsidRPr="00803FB2" w:rsidRDefault="00000000" w:rsidP="00A72E76">
      <w:pPr>
        <w:rPr>
          <w:rFonts w:cs="Times New Roman"/>
        </w:rPr>
      </w:pPr>
      <w:r w:rsidRPr="00803FB2">
        <w:rPr>
          <w:rFonts w:cs="Times New Roman"/>
        </w:rPr>
        <w:t>[Repeat the title only. Do not include author names or affiliations.]</w:t>
      </w:r>
    </w:p>
    <w:p w14:paraId="2B207C20" w14:textId="77777777" w:rsidR="00CB3034" w:rsidRPr="00803FB2" w:rsidRDefault="00000000" w:rsidP="00A72E76">
      <w:pPr>
        <w:rPr>
          <w:b/>
          <w:bCs/>
        </w:rPr>
      </w:pPr>
      <w:r w:rsidRPr="00803FB2">
        <w:rPr>
          <w:b/>
          <w:bCs/>
        </w:rPr>
        <w:t>Abstract</w:t>
      </w:r>
    </w:p>
    <w:p w14:paraId="18469DD6" w14:textId="3FECF835" w:rsidR="00CB3034" w:rsidRPr="00803FB2" w:rsidRDefault="00000000" w:rsidP="00A72E76">
      <w:pPr>
        <w:rPr>
          <w:rFonts w:cs="Times New Roman"/>
        </w:rPr>
      </w:pPr>
      <w:r w:rsidRPr="00803FB2">
        <w:rPr>
          <w:rFonts w:cs="Times New Roman"/>
        </w:rPr>
        <w:t xml:space="preserve">[Original research: no more than 250 words, with Background, Objectives, Methods, Results, Conclusions. Review articles and policy papers may use an unstructured abstract. Ensure the abstract stands alone and accurately </w:t>
      </w:r>
      <w:proofErr w:type="spellStart"/>
      <w:r w:rsidRPr="00803FB2">
        <w:rPr>
          <w:rFonts w:cs="Times New Roman"/>
        </w:rPr>
        <w:t>summari</w:t>
      </w:r>
      <w:r w:rsidR="00E14C68">
        <w:rPr>
          <w:rFonts w:cs="Times New Roman"/>
        </w:rPr>
        <w:t>s</w:t>
      </w:r>
      <w:r w:rsidRPr="00803FB2">
        <w:rPr>
          <w:rFonts w:cs="Times New Roman"/>
        </w:rPr>
        <w:t>es</w:t>
      </w:r>
      <w:proofErr w:type="spellEnd"/>
      <w:r w:rsidRPr="00803FB2">
        <w:rPr>
          <w:rFonts w:cs="Times New Roman"/>
        </w:rPr>
        <w:t xml:space="preserve"> the work.]</w:t>
      </w:r>
    </w:p>
    <w:p w14:paraId="6821D5C9" w14:textId="77777777" w:rsidR="00CB3034" w:rsidRPr="00803FB2" w:rsidRDefault="00000000" w:rsidP="00A72E76">
      <w:pPr>
        <w:rPr>
          <w:b/>
          <w:bCs/>
        </w:rPr>
      </w:pPr>
      <w:r w:rsidRPr="00803FB2">
        <w:rPr>
          <w:b/>
          <w:bCs/>
        </w:rPr>
        <w:t>Keywords</w:t>
      </w:r>
    </w:p>
    <w:p w14:paraId="75135EF3" w14:textId="343FFD62" w:rsidR="00CB3034" w:rsidRPr="00803FB2" w:rsidRDefault="00000000" w:rsidP="00A72E76">
      <w:r w:rsidRPr="00803FB2">
        <w:t xml:space="preserve">[Provide 3–6 internationally </w:t>
      </w:r>
      <w:proofErr w:type="spellStart"/>
      <w:r w:rsidRPr="00803FB2">
        <w:t>recogni</w:t>
      </w:r>
      <w:r w:rsidR="00E14C68">
        <w:t>s</w:t>
      </w:r>
      <w:r w:rsidRPr="00803FB2">
        <w:t>ed</w:t>
      </w:r>
      <w:proofErr w:type="spellEnd"/>
      <w:r w:rsidRPr="00803FB2">
        <w:t xml:space="preserve"> keywords, avoiding terms already in the title.]</w:t>
      </w:r>
    </w:p>
    <w:p w14:paraId="032E95CE" w14:textId="77777777" w:rsidR="00CB3034" w:rsidRPr="00803FB2" w:rsidRDefault="00000000" w:rsidP="00A72E76">
      <w:pPr>
        <w:rPr>
          <w:b/>
          <w:bCs/>
        </w:rPr>
      </w:pPr>
      <w:r w:rsidRPr="00803FB2">
        <w:rPr>
          <w:b/>
          <w:bCs/>
        </w:rPr>
        <w:t>1. INTRODUCTION</w:t>
      </w:r>
    </w:p>
    <w:p w14:paraId="2D35A72D" w14:textId="0F842CDC" w:rsidR="00CB3034" w:rsidRPr="00803FB2" w:rsidRDefault="00000000" w:rsidP="00A72E76">
      <w:r w:rsidRPr="00803FB2">
        <w:t xml:space="preserve">[Introduce the problem and its significance; </w:t>
      </w:r>
      <w:proofErr w:type="spellStart"/>
      <w:r w:rsidRPr="00803FB2">
        <w:t>synthesi</w:t>
      </w:r>
      <w:r w:rsidR="00E14C68">
        <w:t>s</w:t>
      </w:r>
      <w:r w:rsidRPr="00803FB2">
        <w:t>e</w:t>
      </w:r>
      <w:proofErr w:type="spellEnd"/>
      <w:r w:rsidRPr="00803FB2">
        <w:t xml:space="preserve"> relevant literature; identify the knowledge gap; explain the scholarly or policy contribution; and state objectives, research questions, and/or hypotheses. Make relevance to gender and policy clear where appropriate, including gender equality, diversity, equity, social inclusion, governance, education, health, development, culture, or society.]</w:t>
      </w:r>
    </w:p>
    <w:p w14:paraId="7E5B2AAF" w14:textId="77777777" w:rsidR="00CB3034" w:rsidRPr="00803FB2" w:rsidRDefault="00000000" w:rsidP="00A72E76">
      <w:pPr>
        <w:rPr>
          <w:b/>
          <w:bCs/>
        </w:rPr>
      </w:pPr>
      <w:r w:rsidRPr="00803FB2">
        <w:rPr>
          <w:b/>
          <w:bCs/>
        </w:rPr>
        <w:t>2. MATERIALS AND METHODS (OR METHODOLOGY)</w:t>
      </w:r>
    </w:p>
    <w:p w14:paraId="0A817B68" w14:textId="5CB9ADE1" w:rsidR="00CB3034" w:rsidRPr="00803FB2" w:rsidRDefault="00000000" w:rsidP="00A72E76">
      <w:r w:rsidRPr="00803FB2">
        <w:t xml:space="preserve">[Explain how the study was designed and conducted. Choose and adapt the subsections below. Quantitative, qualitative, or mixed-methods approaches are acceptable. Ensure alignment with the research questions and sufficient detail for readers to evaluate </w:t>
      </w:r>
      <w:proofErr w:type="spellStart"/>
      <w:r w:rsidRPr="00803FB2">
        <w:t>rigo</w:t>
      </w:r>
      <w:r w:rsidR="00E14C68">
        <w:t>u</w:t>
      </w:r>
      <w:r w:rsidRPr="00803FB2">
        <w:t>r</w:t>
      </w:r>
      <w:proofErr w:type="spellEnd"/>
      <w:r w:rsidRPr="00803FB2">
        <w:t>, transparency, and reproducibility.]</w:t>
      </w:r>
    </w:p>
    <w:p w14:paraId="2467F39D" w14:textId="77777777" w:rsidR="00CB3034" w:rsidRPr="00803FB2" w:rsidRDefault="00000000" w:rsidP="00A72E76">
      <w:r w:rsidRPr="00803FB2">
        <w:t>Research Design</w:t>
      </w:r>
    </w:p>
    <w:p w14:paraId="42F995AB" w14:textId="77777777" w:rsidR="00CB3034" w:rsidRPr="00803FB2" w:rsidRDefault="00000000" w:rsidP="00A72E76">
      <w:r w:rsidRPr="00803FB2">
        <w:t xml:space="preserve">[Identify and justify the quantitative, qualitative, or mixed-methods approach and specific design. Explain alignment with the objectives, questions, hypotheses, and relevant </w:t>
      </w:r>
      <w:r w:rsidRPr="00803FB2">
        <w:lastRenderedPageBreak/>
        <w:t>framework. Address gender dynamics, lived experiences, institutions, inequalities, or policy outcomes where relevant.]</w:t>
      </w:r>
    </w:p>
    <w:p w14:paraId="7BEF8D78" w14:textId="77777777" w:rsidR="00CB3034" w:rsidRPr="00803FB2" w:rsidRDefault="00000000" w:rsidP="00A72E76">
      <w:r w:rsidRPr="00803FB2">
        <w:t>Study Area / Context</w:t>
      </w:r>
    </w:p>
    <w:p w14:paraId="30133852" w14:textId="77777777" w:rsidR="00CB3034" w:rsidRPr="00803FB2" w:rsidRDefault="00000000" w:rsidP="00A72E76">
      <w:r w:rsidRPr="00803FB2">
        <w:t>[Describe the geographical, institutional, community, cultural, social, economic, or policy setting and its relevance. Retain when needed to understand the study.]</w:t>
      </w:r>
    </w:p>
    <w:p w14:paraId="6C6461B3" w14:textId="77777777" w:rsidR="00CB3034" w:rsidRPr="00803FB2" w:rsidRDefault="00000000" w:rsidP="00A72E76">
      <w:r w:rsidRPr="00803FB2">
        <w:t>Participants / Data Sources and Sampling</w:t>
      </w:r>
    </w:p>
    <w:p w14:paraId="62050DE8" w14:textId="77777777" w:rsidR="00CB3034" w:rsidRPr="00803FB2" w:rsidRDefault="00000000" w:rsidP="00A72E76">
      <w:r w:rsidRPr="00803FB2">
        <w:t>[Identify the population, participants, datasets, documents, or evidence sources. Report sample size/data volume, sampling or selection strategy, recruitment, inclusion/exclusion criteria, and study period. Justify quantitative sample size where appropriate; explain qualitative participant selection and data adequacy; and describe each sample and their relationship in mixed-methods studies. Address diversity, inclusion, and safeguards for vulnerable groups where relevant.]</w:t>
      </w:r>
    </w:p>
    <w:p w14:paraId="76F35D1D" w14:textId="77777777" w:rsidR="00CB3034" w:rsidRPr="00803FB2" w:rsidRDefault="00000000" w:rsidP="00A72E76">
      <w:r w:rsidRPr="00803FB2">
        <w:t>Research Instruments / Materials</w:t>
      </w:r>
    </w:p>
    <w:p w14:paraId="71480796" w14:textId="77777777" w:rsidR="00CB3034" w:rsidRPr="00803FB2" w:rsidRDefault="00000000" w:rsidP="00A72E76">
      <w:r w:rsidRPr="00803FB2">
        <w:t>[Describe questionnaires, interview/focus-group guides, observation protocols, scales, documentary sources, platforms, and other materials. Explain development, adaptation, pilot testing, validation, reliability, or trustworthiness procedures as applicable.]</w:t>
      </w:r>
    </w:p>
    <w:p w14:paraId="7357EE77" w14:textId="77777777" w:rsidR="00CB3034" w:rsidRPr="00803FB2" w:rsidRDefault="00000000" w:rsidP="00A72E76">
      <w:r w:rsidRPr="00803FB2">
        <w:t>Data Collection Procedures</w:t>
      </w:r>
    </w:p>
    <w:p w14:paraId="0F643781" w14:textId="77777777" w:rsidR="00CB3034" w:rsidRPr="00803FB2" w:rsidRDefault="00000000" w:rsidP="00A72E76">
      <w:r w:rsidRPr="00803FB2">
        <w:t>[Describe collection steps, recruitment/access, administration of instruments, interviews/observations, document retrieval, recording, quality assurance, data collection period, and permissions. Explain culturally responsive or gender-sensitive safeguards where relevant.]</w:t>
      </w:r>
    </w:p>
    <w:p w14:paraId="12B2157A" w14:textId="77777777" w:rsidR="00CB3034" w:rsidRPr="00803FB2" w:rsidRDefault="00000000" w:rsidP="00A72E76">
      <w:r w:rsidRPr="00803FB2">
        <w:t>Data Analysis</w:t>
      </w:r>
    </w:p>
    <w:p w14:paraId="54EE92FB" w14:textId="77777777" w:rsidR="00CB3034" w:rsidRPr="00803FB2" w:rsidRDefault="00000000" w:rsidP="00A72E76">
      <w:r w:rsidRPr="00803FB2">
        <w:t xml:space="preserve">[Identify analytical techniques and software. Quantitative studies should report statistical procedures, variables, assumptions, and software. Qualitative studies should explain coding and the analytical framework. Mixed-methods studies should describe analysis of each </w:t>
      </w:r>
      <w:r w:rsidRPr="00803FB2">
        <w:lastRenderedPageBreak/>
        <w:t>dataset and integration. Policy studies should describe how policies, programs, institutions, or outcomes were assessed. Disclose AI/computational assistance, its role, and verification. Authors remain responsible for the analysis and interpretation.]</w:t>
      </w:r>
    </w:p>
    <w:p w14:paraId="056CA107" w14:textId="77777777" w:rsidR="00CB3034" w:rsidRPr="00803FB2" w:rsidRDefault="00000000" w:rsidP="00A72E76">
      <w:pPr>
        <w:rPr>
          <w:b/>
          <w:bCs/>
        </w:rPr>
      </w:pPr>
      <w:r w:rsidRPr="00803FB2">
        <w:rPr>
          <w:b/>
          <w:bCs/>
        </w:rPr>
        <w:t>3. RESULTS</w:t>
      </w:r>
    </w:p>
    <w:p w14:paraId="336A2FE8" w14:textId="77777777" w:rsidR="00CB3034" w:rsidRPr="00803FB2" w:rsidRDefault="00000000" w:rsidP="00A72E76">
      <w:r w:rsidRPr="00803FB2">
        <w:t>[Present findings logically in relation to objectives, questions, or hypotheses. Use tables, figures, quotations, or other evidence appropriately. Report results accurately, including unexpected or null findings. Cite every table and figure and avoid redundancy.]</w:t>
      </w:r>
    </w:p>
    <w:p w14:paraId="0BBCB120" w14:textId="77777777" w:rsidR="00CB3034" w:rsidRPr="00803FB2" w:rsidRDefault="00000000" w:rsidP="00A72E76">
      <w:pPr>
        <w:rPr>
          <w:b/>
          <w:bCs/>
        </w:rPr>
      </w:pPr>
      <w:r w:rsidRPr="00803FB2">
        <w:rPr>
          <w:b/>
          <w:bCs/>
        </w:rPr>
        <w:t>4. DISCUSSION</w:t>
      </w:r>
    </w:p>
    <w:p w14:paraId="60E3C3EF" w14:textId="77777777" w:rsidR="00CB3034" w:rsidRPr="00803FB2" w:rsidRDefault="00000000" w:rsidP="00A72E76">
      <w:r w:rsidRPr="00803FB2">
        <w:t>[Interpret findings in relation to questions, theory, and literature. Explain agreements, differences, unexpected results, limitations, and theoretical, practical, social, gender, or policy implications as appropriate. Avoid unsupported claims.]</w:t>
      </w:r>
    </w:p>
    <w:p w14:paraId="1CE08137" w14:textId="77777777" w:rsidR="00CB3034" w:rsidRPr="00803FB2" w:rsidRDefault="00000000" w:rsidP="00A72E76">
      <w:pPr>
        <w:rPr>
          <w:b/>
          <w:bCs/>
        </w:rPr>
      </w:pPr>
      <w:r w:rsidRPr="00803FB2">
        <w:rPr>
          <w:b/>
          <w:bCs/>
        </w:rPr>
        <w:t>5. CONCLUSION</w:t>
      </w:r>
    </w:p>
    <w:p w14:paraId="6BC9E934" w14:textId="5A14118A" w:rsidR="00CB3034" w:rsidRPr="00803FB2" w:rsidRDefault="00000000" w:rsidP="00A72E76">
      <w:r w:rsidRPr="00803FB2">
        <w:t xml:space="preserve">[Answer the objectives or questions directly. </w:t>
      </w:r>
      <w:proofErr w:type="spellStart"/>
      <w:r w:rsidRPr="00803FB2">
        <w:t>Summari</w:t>
      </w:r>
      <w:r w:rsidR="00E14C68">
        <w:t>s</w:t>
      </w:r>
      <w:r w:rsidRPr="00803FB2">
        <w:t>e</w:t>
      </w:r>
      <w:proofErr w:type="spellEnd"/>
      <w:r w:rsidRPr="00803FB2">
        <w:t xml:space="preserve"> the contribution and implications without introducing new results. Include recommendations and future research only when supported.]</w:t>
      </w:r>
    </w:p>
    <w:p w14:paraId="5D3BA11F" w14:textId="77777777" w:rsidR="00CB3034" w:rsidRPr="00803FB2" w:rsidRDefault="00000000" w:rsidP="00A72E76">
      <w:pPr>
        <w:rPr>
          <w:b/>
          <w:bCs/>
        </w:rPr>
      </w:pPr>
      <w:r w:rsidRPr="00803FB2">
        <w:rPr>
          <w:b/>
          <w:bCs/>
        </w:rPr>
        <w:t>Conflict of Interest Statement</w:t>
      </w:r>
    </w:p>
    <w:p w14:paraId="53A1102E" w14:textId="77777777" w:rsidR="00CB3034" w:rsidRPr="00803FB2" w:rsidRDefault="00000000" w:rsidP="00A72E76">
      <w:r w:rsidRPr="00803FB2">
        <w:t>[Disclose financial, institutional, personal, professional, or other relationships that could influence the work. If none, state that the authors declare no conflict of interest.]</w:t>
      </w:r>
    </w:p>
    <w:p w14:paraId="64F6A075" w14:textId="77777777" w:rsidR="00CB3034" w:rsidRPr="00803FB2" w:rsidRDefault="00000000" w:rsidP="00A72E76">
      <w:r w:rsidRPr="00803FB2">
        <w:t>Data Availability Statement</w:t>
      </w:r>
    </w:p>
    <w:p w14:paraId="647689FC" w14:textId="77777777" w:rsidR="00CB3034" w:rsidRPr="00803FB2" w:rsidRDefault="00000000" w:rsidP="00A72E76">
      <w:r w:rsidRPr="00803FB2">
        <w:t>[State whether data/code/instruments are publicly available, available upon reasonable request, restricted for ethical or legal reasons, or whether no new dataset was generated.]</w:t>
      </w:r>
    </w:p>
    <w:p w14:paraId="32986E73" w14:textId="77777777" w:rsidR="00CB3034" w:rsidRPr="00803FB2" w:rsidRDefault="00000000" w:rsidP="00A72E76">
      <w:pPr>
        <w:rPr>
          <w:b/>
          <w:bCs/>
        </w:rPr>
      </w:pPr>
      <w:r w:rsidRPr="00803FB2">
        <w:rPr>
          <w:b/>
          <w:bCs/>
        </w:rPr>
        <w:t>AI Use Declaration</w:t>
      </w:r>
    </w:p>
    <w:p w14:paraId="1CD20CD1" w14:textId="7F15666C" w:rsidR="00CB3034" w:rsidRPr="00803FB2" w:rsidRDefault="00000000" w:rsidP="00A72E76">
      <w:r w:rsidRPr="00803FB2">
        <w:t xml:space="preserve">[Disclose substantial AI use, naming the tool and purpose (e.g., language editing, formatting, coding, </w:t>
      </w:r>
      <w:proofErr w:type="spellStart"/>
      <w:r w:rsidRPr="00803FB2">
        <w:t>visuali</w:t>
      </w:r>
      <w:r w:rsidR="00E14C68">
        <w:t>s</w:t>
      </w:r>
      <w:r w:rsidRPr="00803FB2">
        <w:t>ation</w:t>
      </w:r>
      <w:proofErr w:type="spellEnd"/>
      <w:r w:rsidRPr="00803FB2">
        <w:t xml:space="preserve">, or literature </w:t>
      </w:r>
      <w:proofErr w:type="spellStart"/>
      <w:r w:rsidRPr="00803FB2">
        <w:t>organi</w:t>
      </w:r>
      <w:r w:rsidR="00E14C68">
        <w:t>s</w:t>
      </w:r>
      <w:r w:rsidRPr="00803FB2">
        <w:t>ation</w:t>
      </w:r>
      <w:proofErr w:type="spellEnd"/>
      <w:r w:rsidRPr="00803FB2">
        <w:t xml:space="preserve">). Authors remain responsible for all content. </w:t>
      </w:r>
      <w:r w:rsidRPr="00803FB2">
        <w:lastRenderedPageBreak/>
        <w:t>AI tools must not be authors or be used to fabricate data, references, or conclusions. If no AI tools were used, state this accurately.]</w:t>
      </w:r>
    </w:p>
    <w:p w14:paraId="29851002" w14:textId="77777777" w:rsidR="00803FB2" w:rsidRPr="00803FB2" w:rsidRDefault="00803FB2" w:rsidP="00A72E76">
      <w:pPr>
        <w:rPr>
          <w:b/>
          <w:bCs/>
        </w:rPr>
      </w:pPr>
      <w:r w:rsidRPr="00803FB2">
        <w:rPr>
          <w:b/>
          <w:bCs/>
        </w:rPr>
        <w:t>Ethics and Research Protocol</w:t>
      </w:r>
    </w:p>
    <w:p w14:paraId="6A6E6E29" w14:textId="47F54D2E" w:rsidR="00803FB2" w:rsidRPr="00803FB2" w:rsidRDefault="00803FB2" w:rsidP="00A72E76">
      <w:r w:rsidRPr="00803FB2">
        <w:t>[State ethics approval body and reference number where applicable; describe consent, voluntary participation, withdrawal, confidentiality, privacy, secure data handling, and safeguards. For human or animal research, report relevant approval and compliance. Address permissions and culturally appropriate protections for Indigenous Peoples, vulnerable groups, and sensitive topics. If formal review or consent was not applicable, explain accurately.]</w:t>
      </w:r>
    </w:p>
    <w:p w14:paraId="2F59E8EF" w14:textId="77777777" w:rsidR="00CB3034" w:rsidRPr="00803FB2" w:rsidRDefault="00000000" w:rsidP="00A72E76">
      <w:pPr>
        <w:rPr>
          <w:b/>
          <w:bCs/>
        </w:rPr>
      </w:pPr>
      <w:r w:rsidRPr="00803FB2">
        <w:rPr>
          <w:b/>
          <w:bCs/>
        </w:rPr>
        <w:t>References</w:t>
      </w:r>
    </w:p>
    <w:p w14:paraId="2749D299" w14:textId="77777777" w:rsidR="00CB3034" w:rsidRPr="00803FB2" w:rsidRDefault="00000000" w:rsidP="00A72E76">
      <w:r w:rsidRPr="00803FB2">
        <w:t>[Use APA 7th edition. Ensure citations and references match, details are accurate, DOI links are included whenever available, and sources support the cited claims. Avoid plagiarism, duplicate publication, citation manipulation, and excessive self-citation.]</w:t>
      </w:r>
    </w:p>
    <w:p w14:paraId="5620ECC8" w14:textId="77777777" w:rsidR="00CB3034" w:rsidRPr="00803FB2" w:rsidRDefault="00000000" w:rsidP="00A72E76">
      <w:pPr>
        <w:rPr>
          <w:rFonts w:cs="Times New Roman"/>
        </w:rPr>
      </w:pPr>
      <w:r w:rsidRPr="00803FB2">
        <w:rPr>
          <w:rFonts w:cs="Times New Roman"/>
        </w:rPr>
        <w:br w:type="page"/>
      </w:r>
    </w:p>
    <w:p w14:paraId="48288D25" w14:textId="77777777" w:rsidR="00CB3034" w:rsidRPr="00803FB2" w:rsidRDefault="00000000" w:rsidP="00A72E76">
      <w:pPr>
        <w:jc w:val="center"/>
        <w:rPr>
          <w:rFonts w:cs="Times New Roman"/>
        </w:rPr>
      </w:pPr>
      <w:r w:rsidRPr="00803FB2">
        <w:rPr>
          <w:rFonts w:cs="Times New Roman"/>
          <w:b/>
        </w:rPr>
        <w:lastRenderedPageBreak/>
        <w:t>OPTIONAL / SEPARATE MANUSCRIPT COMPONENTS</w:t>
      </w:r>
    </w:p>
    <w:p w14:paraId="56BBB223" w14:textId="77777777" w:rsidR="00CB3034" w:rsidRPr="00803FB2" w:rsidRDefault="00000000" w:rsidP="00A72E76">
      <w:r w:rsidRPr="00803FB2">
        <w:t>Tables</w:t>
      </w:r>
    </w:p>
    <w:p w14:paraId="79ADBF8E" w14:textId="77777777" w:rsidR="00CB3034" w:rsidRPr="00803FB2" w:rsidRDefault="00000000" w:rsidP="00A72E76">
      <w:r w:rsidRPr="00803FB2">
        <w:t>[Number consecutively, provide concise titles and explanatory notes, cite in text, and avoid duplicating results. Supply editable tables where possible.]</w:t>
      </w:r>
    </w:p>
    <w:p w14:paraId="199A986F" w14:textId="77777777" w:rsidR="00CB3034" w:rsidRPr="00803FB2" w:rsidRDefault="00000000" w:rsidP="00A72E76">
      <w:r w:rsidRPr="00803FB2">
        <w:t>Figure Captions</w:t>
      </w:r>
    </w:p>
    <w:p w14:paraId="5AD698BD" w14:textId="77777777" w:rsidR="00CB3034" w:rsidRPr="00803FB2" w:rsidRDefault="00000000" w:rsidP="00A72E76">
      <w:r w:rsidRPr="00803FB2">
        <w:t>[List captions consecutively with legends, abbreviations, source details, and permissions where needed.]</w:t>
      </w:r>
    </w:p>
    <w:p w14:paraId="75AE7043" w14:textId="77777777" w:rsidR="00CB3034" w:rsidRPr="00803FB2" w:rsidRDefault="00000000" w:rsidP="00A72E76">
      <w:r w:rsidRPr="00803FB2">
        <w:t>Figures</w:t>
      </w:r>
    </w:p>
    <w:p w14:paraId="40159FDE" w14:textId="77777777" w:rsidR="00CB3034" w:rsidRPr="00803FB2" w:rsidRDefault="00000000" w:rsidP="00A72E76">
      <w:r w:rsidRPr="00803FB2">
        <w:t>[Supply publication-quality files, preferably separately when required. Images should be at least 300 dpi; formats may include TIFF, PNG, JPEG, EPS, or editable Microsoft Office formats. Figures must accurately represent data. Obtain permissions for copyrighted content.]</w:t>
      </w:r>
    </w:p>
    <w:p w14:paraId="18A2E649" w14:textId="77777777" w:rsidR="00CB3034" w:rsidRPr="00803FB2" w:rsidRDefault="00000000" w:rsidP="00A72E76">
      <w:r w:rsidRPr="00803FB2">
        <w:t>Supplementary Materials</w:t>
      </w:r>
    </w:p>
    <w:p w14:paraId="3C6941CE" w14:textId="77777777" w:rsidR="00CB3034" w:rsidRPr="00803FB2" w:rsidRDefault="00000000" w:rsidP="00A72E76">
      <w:r w:rsidRPr="00803FB2">
        <w:t>[Label and describe supplementary datasets, questionnaires, interview guides, coding frameworks, appendices, code, additional tables/figures, or multimedia. Cite each item in the manuscript and anonymize files during review.]</w:t>
      </w:r>
    </w:p>
    <w:p w14:paraId="2D0E5A06" w14:textId="77777777" w:rsidR="00CB3034" w:rsidRPr="00803FB2" w:rsidRDefault="00000000" w:rsidP="00A72E76">
      <w:pPr>
        <w:rPr>
          <w:b/>
          <w:bCs/>
        </w:rPr>
      </w:pPr>
      <w:r w:rsidRPr="00803FB2">
        <w:rPr>
          <w:b/>
          <w:bCs/>
        </w:rPr>
        <w:t>Submission Checklist</w:t>
      </w:r>
    </w:p>
    <w:p w14:paraId="1AA05805" w14:textId="77777777" w:rsidR="00CB3034" w:rsidRPr="00803FB2" w:rsidRDefault="00000000" w:rsidP="00A72E76">
      <w:r w:rsidRPr="00803FB2">
        <w:rPr>
          <w:rFonts w:ascii="Segoe UI Symbol" w:hAnsi="Segoe UI Symbol" w:cs="Segoe UI Symbol"/>
        </w:rPr>
        <w:t>☐</w:t>
      </w:r>
      <w:r w:rsidRPr="00803FB2">
        <w:t xml:space="preserve"> Original work; not under consideration elsewhere.</w:t>
      </w:r>
    </w:p>
    <w:p w14:paraId="145D885E" w14:textId="77777777" w:rsidR="00CB3034" w:rsidRPr="00803FB2" w:rsidRDefault="00000000" w:rsidP="00A72E76">
      <w:r w:rsidRPr="00803FB2">
        <w:rPr>
          <w:rFonts w:ascii="Segoe UI Symbol" w:hAnsi="Segoe UI Symbol" w:cs="Segoe UI Symbol"/>
        </w:rPr>
        <w:t>☐</w:t>
      </w:r>
      <w:r w:rsidRPr="00803FB2">
        <w:t xml:space="preserve"> All authors approve the manuscript and meet authorship requirements.</w:t>
      </w:r>
    </w:p>
    <w:p w14:paraId="63453BBD" w14:textId="77777777" w:rsidR="00CB3034" w:rsidRPr="00803FB2" w:rsidRDefault="00000000" w:rsidP="00A72E76">
      <w:r w:rsidRPr="00803FB2">
        <w:rPr>
          <w:rFonts w:ascii="Segoe UI Symbol" w:hAnsi="Segoe UI Symbol" w:cs="Segoe UI Symbol"/>
        </w:rPr>
        <w:t>☐</w:t>
      </w:r>
      <w:r w:rsidRPr="00803FB2">
        <w:t xml:space="preserve"> Separate Title Page and anonymized Blinded Manuscript prepared.</w:t>
      </w:r>
    </w:p>
    <w:p w14:paraId="7211A756" w14:textId="77777777" w:rsidR="00CB3034" w:rsidRPr="00803FB2" w:rsidRDefault="00000000" w:rsidP="00A72E76">
      <w:r w:rsidRPr="00803FB2">
        <w:rPr>
          <w:rFonts w:ascii="Segoe UI Symbol" w:hAnsi="Segoe UI Symbol" w:cs="Segoe UI Symbol"/>
        </w:rPr>
        <w:t>☐</w:t>
      </w:r>
      <w:r w:rsidRPr="00803FB2">
        <w:t xml:space="preserve"> Formatting requirements followed; continuous line numbering considered.</w:t>
      </w:r>
    </w:p>
    <w:p w14:paraId="2A4D7ABD" w14:textId="77777777" w:rsidR="00CB3034" w:rsidRPr="00803FB2" w:rsidRDefault="00000000" w:rsidP="00A72E76">
      <w:r w:rsidRPr="00803FB2">
        <w:rPr>
          <w:rFonts w:ascii="Segoe UI Symbol" w:hAnsi="Segoe UI Symbol" w:cs="Segoe UI Symbol"/>
        </w:rPr>
        <w:t>☐</w:t>
      </w:r>
      <w:r w:rsidRPr="00803FB2">
        <w:t xml:space="preserve"> Abstract and 3–6 keywords meet requirements.</w:t>
      </w:r>
    </w:p>
    <w:p w14:paraId="796A7F18" w14:textId="77777777" w:rsidR="00CB3034" w:rsidRPr="00803FB2" w:rsidRDefault="00000000" w:rsidP="00A72E76">
      <w:r w:rsidRPr="00803FB2">
        <w:rPr>
          <w:rFonts w:ascii="Segoe UI Symbol" w:hAnsi="Segoe UI Symbol" w:cs="Segoe UI Symbol"/>
        </w:rPr>
        <w:t>☐</w:t>
      </w:r>
      <w:r w:rsidRPr="00803FB2">
        <w:t xml:space="preserve"> APA 7th references checked; DOI links included where available.</w:t>
      </w:r>
    </w:p>
    <w:p w14:paraId="059AC524" w14:textId="77777777" w:rsidR="00CB3034" w:rsidRPr="00803FB2" w:rsidRDefault="00000000" w:rsidP="00A72E76">
      <w:r w:rsidRPr="00803FB2">
        <w:rPr>
          <w:rFonts w:ascii="Segoe UI Symbol" w:hAnsi="Segoe UI Symbol" w:cs="Segoe UI Symbol"/>
        </w:rPr>
        <w:t>☐</w:t>
      </w:r>
      <w:r w:rsidRPr="00803FB2">
        <w:t xml:space="preserve"> Tables/figures numbered, cited, legible, and supplied appropriately.</w:t>
      </w:r>
    </w:p>
    <w:p w14:paraId="1D89AE80" w14:textId="77777777" w:rsidR="00CB3034" w:rsidRPr="00803FB2" w:rsidRDefault="00000000" w:rsidP="00A72E76">
      <w:r w:rsidRPr="00803FB2">
        <w:rPr>
          <w:rFonts w:ascii="Segoe UI Symbol" w:hAnsi="Segoe UI Symbol" w:cs="Segoe UI Symbol"/>
        </w:rPr>
        <w:t>☐</w:t>
      </w:r>
      <w:r w:rsidRPr="00803FB2">
        <w:t xml:space="preserve"> Ethics approval, consent, and permits documented where applicable.</w:t>
      </w:r>
    </w:p>
    <w:p w14:paraId="45F835B9" w14:textId="77777777" w:rsidR="00CB3034" w:rsidRPr="00803FB2" w:rsidRDefault="00000000" w:rsidP="00A72E76">
      <w:r w:rsidRPr="00803FB2">
        <w:rPr>
          <w:rFonts w:ascii="Segoe UI Symbol" w:hAnsi="Segoe UI Symbol" w:cs="Segoe UI Symbol"/>
        </w:rPr>
        <w:lastRenderedPageBreak/>
        <w:t>☐</w:t>
      </w:r>
      <w:r w:rsidRPr="00803FB2">
        <w:t xml:space="preserve"> Funding, Conflict of Interest, Data Availability, AI Use, and CRediT statements included.</w:t>
      </w:r>
    </w:p>
    <w:p w14:paraId="5E31D026" w14:textId="77777777" w:rsidR="00CB3034" w:rsidRPr="00803FB2" w:rsidRDefault="00000000" w:rsidP="00A72E76">
      <w:r w:rsidRPr="00803FB2">
        <w:rPr>
          <w:rFonts w:ascii="Segoe UI Symbol" w:hAnsi="Segoe UI Symbol" w:cs="Segoe UI Symbol"/>
        </w:rPr>
        <w:t>☐</w:t>
      </w:r>
      <w:r w:rsidRPr="00803FB2">
        <w:t xml:space="preserve"> Identifying text and document metadata removed from blinded file.</w:t>
      </w:r>
    </w:p>
    <w:p w14:paraId="380B28C2" w14:textId="77777777" w:rsidR="00CB3034" w:rsidRPr="00803FB2" w:rsidRDefault="00000000" w:rsidP="00A72E76">
      <w:r w:rsidRPr="00803FB2">
        <w:rPr>
          <w:rFonts w:ascii="Segoe UI Symbol" w:hAnsi="Segoe UI Symbol" w:cs="Segoe UI Symbol"/>
        </w:rPr>
        <w:t>☐</w:t>
      </w:r>
      <w:r w:rsidRPr="00803FB2">
        <w:t xml:space="preserve"> Required supplementary files and checklists included.</w:t>
      </w:r>
    </w:p>
    <w:p w14:paraId="4B3875D0" w14:textId="0D0B20C8" w:rsidR="00CB3034" w:rsidRPr="00803FB2" w:rsidRDefault="00CB3034" w:rsidP="00A72E76">
      <w:pPr>
        <w:rPr>
          <w:rFonts w:cs="Times New Roman"/>
        </w:rPr>
      </w:pPr>
    </w:p>
    <w:sectPr w:rsidR="00CB3034" w:rsidRPr="00803FB2" w:rsidSect="00A72E76">
      <w:footerReference w:type="default" r:id="rId8"/>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376B77" w14:textId="77777777" w:rsidR="004C1FBC" w:rsidRDefault="004C1FBC">
      <w:pPr>
        <w:spacing w:line="240" w:lineRule="auto"/>
      </w:pPr>
      <w:r>
        <w:separator/>
      </w:r>
    </w:p>
  </w:endnote>
  <w:endnote w:type="continuationSeparator" w:id="0">
    <w:p w14:paraId="713ABD0E" w14:textId="77777777" w:rsidR="004C1FBC" w:rsidRDefault="004C1F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1B17C5" w14:textId="77777777" w:rsidR="00CB3034" w:rsidRDefault="00000000">
    <w:pPr>
      <w:pStyle w:val="Footer"/>
      <w:jc w:val="center"/>
    </w:pPr>
    <w:r>
      <w:fldChar w:fldCharType="begin"/>
    </w:r>
    <w:r>
      <w:instrText>PAGE</w:instrText>
    </w:r>
    <w:r>
      <w:fldChar w:fldCharType="separate"/>
    </w:r>
    <w:r w:rsidR="00803FB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2EAF31" w14:textId="77777777" w:rsidR="004C1FBC" w:rsidRDefault="004C1FBC">
      <w:pPr>
        <w:spacing w:line="240" w:lineRule="auto"/>
      </w:pPr>
      <w:r>
        <w:separator/>
      </w:r>
    </w:p>
  </w:footnote>
  <w:footnote w:type="continuationSeparator" w:id="0">
    <w:p w14:paraId="276DF257" w14:textId="77777777" w:rsidR="004C1FBC" w:rsidRDefault="004C1FB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9924505">
    <w:abstractNumId w:val="8"/>
  </w:num>
  <w:num w:numId="2" w16cid:durableId="459953398">
    <w:abstractNumId w:val="6"/>
  </w:num>
  <w:num w:numId="3" w16cid:durableId="1628200167">
    <w:abstractNumId w:val="5"/>
  </w:num>
  <w:num w:numId="4" w16cid:durableId="914512023">
    <w:abstractNumId w:val="4"/>
  </w:num>
  <w:num w:numId="5" w16cid:durableId="2053922736">
    <w:abstractNumId w:val="7"/>
  </w:num>
  <w:num w:numId="6" w16cid:durableId="1215846457">
    <w:abstractNumId w:val="3"/>
  </w:num>
  <w:num w:numId="7" w16cid:durableId="192500231">
    <w:abstractNumId w:val="2"/>
  </w:num>
  <w:num w:numId="8" w16cid:durableId="1264609974">
    <w:abstractNumId w:val="1"/>
  </w:num>
  <w:num w:numId="9" w16cid:durableId="7611479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52AF"/>
    <w:rsid w:val="0015074B"/>
    <w:rsid w:val="0020440D"/>
    <w:rsid w:val="0029639D"/>
    <w:rsid w:val="00326F90"/>
    <w:rsid w:val="004C1FBC"/>
    <w:rsid w:val="00803FB2"/>
    <w:rsid w:val="00A72E76"/>
    <w:rsid w:val="00AA1D8D"/>
    <w:rsid w:val="00B47730"/>
    <w:rsid w:val="00CB0664"/>
    <w:rsid w:val="00CB3034"/>
    <w:rsid w:val="00E14C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29475"/>
  <w14:defaultImageDpi w14:val="300"/>
  <w15:docId w15:val="{9EE47A7C-27B2-7A49-B05C-FD0DB6B5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Villegas Jhonnel</cp:lastModifiedBy>
  <cp:revision>4</cp:revision>
  <dcterms:created xsi:type="dcterms:W3CDTF">2013-12-23T23:15:00Z</dcterms:created>
  <dcterms:modified xsi:type="dcterms:W3CDTF">2026-10-17T20:06:00Z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4e3fffcc7a02a5ef05871a763bdb92d7426e34ecfe6afdde1a177b1318d40b83</vt:lpwstr>
  </property>
</Properties>
</file>